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67EC5" w14:textId="77777777" w:rsidR="00544F8E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12: Editing, Reviewing, and Revising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544F8E" w14:paraId="38FA1484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15AA1526" w14:textId="77777777" w:rsidR="00544F8E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Polishing a proposal requires a structured review process, transforming a rough draft into a funder-ready, compliant document.</w:t>
            </w:r>
          </w:p>
        </w:tc>
      </w:tr>
    </w:tbl>
    <w:p w14:paraId="6CF1F141" w14:textId="77777777" w:rsidR="00544F8E" w:rsidRDefault="00544F8E"/>
    <w:p w14:paraId="18C13AA2" w14:textId="77777777" w:rsidR="00544F8E" w:rsidRPr="007C4958" w:rsidRDefault="00000000">
      <w:pPr>
        <w:spacing w:before="240" w:after="120"/>
        <w:rPr>
          <w:i/>
          <w:iCs/>
        </w:rPr>
      </w:pPr>
      <w:r w:rsidRPr="007C4958">
        <w:rPr>
          <w:rFonts w:ascii="Arial" w:hAnsi="Arial"/>
          <w:b/>
          <w:i/>
          <w:iCs/>
          <w:color w:val="2F5496"/>
          <w:sz w:val="24"/>
        </w:rPr>
        <w:t>Track 3 Template: Strategic Development Questions</w:t>
      </w:r>
    </w:p>
    <w:p w14:paraId="47F3219B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Outline your Color Team review structure: What are the goals and timelines for the Red, Green, and Gold teams?</w:t>
      </w:r>
    </w:p>
    <w:p w14:paraId="555D1F75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708CB7C6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How will you collect, consolidate, and prioritize editing feedback from multiple internal and external stakeholders?</w:t>
      </w:r>
    </w:p>
    <w:p w14:paraId="617312D3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16A61813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What is your process for checking that every single requirement in the RFP compliance matrix has been addressed?</w:t>
      </w:r>
    </w:p>
    <w:p w14:paraId="7CF64832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0F3CA851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How will you coordinate with your organization's leadership to secure final administrative signatures on the revised document?</w:t>
      </w:r>
    </w:p>
    <w:p w14:paraId="2511F289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3C9233B5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What operational buffers have you built into the editing schedule to allow for major structural revisions if a logic gap is found?</w:t>
      </w:r>
    </w:p>
    <w:p w14:paraId="4FD67A99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722A233C" w14:textId="77777777" w:rsidR="00544F8E" w:rsidRPr="007C4958" w:rsidRDefault="00000000">
      <w:pPr>
        <w:spacing w:before="240" w:after="120"/>
        <w:rPr>
          <w:i/>
          <w:iCs/>
        </w:rPr>
      </w:pPr>
      <w:r w:rsidRPr="007C4958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544F8E" w14:paraId="0F436E6D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5596A4F7" w14:textId="77777777" w:rsidR="00544F8E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You are a proposal manager. Design a comprehensive 'Color Team Review Protocol' for our writing team. Outline the exact roles, objectives, and deliverables for the Red Team (strategic design) and Gold Team (final Polish) reviews.</w:t>
            </w:r>
          </w:p>
        </w:tc>
      </w:tr>
    </w:tbl>
    <w:p w14:paraId="1B02231A" w14:textId="0247C15F" w:rsidR="00544F8E" w:rsidRDefault="00544F8E"/>
    <w:sectPr w:rsidR="00544F8E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D4A38" w14:textId="77777777" w:rsidR="00E03062" w:rsidRDefault="00E03062">
      <w:pPr>
        <w:spacing w:after="0" w:line="240" w:lineRule="auto"/>
      </w:pPr>
      <w:r>
        <w:separator/>
      </w:r>
    </w:p>
  </w:endnote>
  <w:endnote w:type="continuationSeparator" w:id="0">
    <w:p w14:paraId="677E5551" w14:textId="77777777" w:rsidR="00E03062" w:rsidRDefault="00E03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0C23E" w14:textId="77777777" w:rsidR="00544F8E" w:rsidRDefault="00000000">
    <w:pPr>
      <w:pStyle w:val="Footer"/>
      <w:jc w:val="center"/>
    </w:pPr>
    <w:r w:rsidRPr="007C4958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7C495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92F81" w14:textId="77777777" w:rsidR="00E03062" w:rsidRDefault="00E03062">
      <w:pPr>
        <w:spacing w:after="0" w:line="240" w:lineRule="auto"/>
      </w:pPr>
      <w:r>
        <w:separator/>
      </w:r>
    </w:p>
  </w:footnote>
  <w:footnote w:type="continuationSeparator" w:id="0">
    <w:p w14:paraId="63DEB9F7" w14:textId="77777777" w:rsidR="00E03062" w:rsidRDefault="00E03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1B048" w14:textId="77777777" w:rsidR="00544F8E" w:rsidRDefault="00000000">
    <w:pPr>
      <w:pStyle w:val="Header"/>
      <w:jc w:val="right"/>
    </w:pPr>
    <w:r>
      <w:rPr>
        <w:rFonts w:ascii="Arial" w:hAnsi="Arial"/>
        <w:color w:val="787878"/>
        <w:sz w:val="17"/>
      </w:rPr>
      <w:t>Community Voice, Equity, and Operations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4638607">
    <w:abstractNumId w:val="8"/>
  </w:num>
  <w:num w:numId="2" w16cid:durableId="446125299">
    <w:abstractNumId w:val="6"/>
  </w:num>
  <w:num w:numId="3" w16cid:durableId="2084326041">
    <w:abstractNumId w:val="5"/>
  </w:num>
  <w:num w:numId="4" w16cid:durableId="1798182826">
    <w:abstractNumId w:val="4"/>
  </w:num>
  <w:num w:numId="5" w16cid:durableId="1848010423">
    <w:abstractNumId w:val="7"/>
  </w:num>
  <w:num w:numId="6" w16cid:durableId="1055859373">
    <w:abstractNumId w:val="3"/>
  </w:num>
  <w:num w:numId="7" w16cid:durableId="2011372008">
    <w:abstractNumId w:val="2"/>
  </w:num>
  <w:num w:numId="8" w16cid:durableId="255671272">
    <w:abstractNumId w:val="1"/>
  </w:num>
  <w:num w:numId="9" w16cid:durableId="139500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A7A9A"/>
    <w:rsid w:val="00544F8E"/>
    <w:rsid w:val="007C4958"/>
    <w:rsid w:val="00825EC9"/>
    <w:rsid w:val="00AA1D8D"/>
    <w:rsid w:val="00B47730"/>
    <w:rsid w:val="00C01CB4"/>
    <w:rsid w:val="00CB0664"/>
    <w:rsid w:val="00D46463"/>
    <w:rsid w:val="00E0306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3EA608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3</cp:revision>
  <dcterms:created xsi:type="dcterms:W3CDTF">2013-12-23T23:15:00Z</dcterms:created>
  <dcterms:modified xsi:type="dcterms:W3CDTF">2026-08-25T03:56:00Z</dcterms:modified>
  <cp:category/>
</cp:coreProperties>
</file>