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D155E" w14:textId="77777777" w:rsidR="00544F8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1: Rhetoric, Technology, and Chess Thinking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01C9A205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42A9A91D" w14:textId="77777777" w:rsidR="00544F8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Grant writing is a strategic, persuasive art where proposals align organizational capacity with funder values.</w:t>
            </w:r>
          </w:p>
        </w:tc>
      </w:tr>
    </w:tbl>
    <w:p w14:paraId="2F593D2F" w14:textId="77777777" w:rsidR="00544F8E" w:rsidRDefault="00544F8E"/>
    <w:p w14:paraId="0D8D03BB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  <w:sz w:val="24"/>
        </w:rPr>
        <w:t>Track 3 Template: Strategic Development Questions</w:t>
      </w:r>
    </w:p>
    <w:p w14:paraId="75D4C445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Perform a SWOT analysis for your proposed project. What are the internal strengths and external threats?</w:t>
      </w:r>
    </w:p>
    <w:p w14:paraId="7E7A72C4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A91B207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Draft three SMARTIE objectives for your project. How do they incorporate Inclusion (I) and Equity (E)?</w:t>
      </w:r>
    </w:p>
    <w:p w14:paraId="026794E2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AC74983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will you verify that the proposed project benefits are distributed equitably among your target beneficiaries?</w:t>
      </w:r>
    </w:p>
    <w:p w14:paraId="2A5C1543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9A880AF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What physical or systemic barriers might prevent marginalized groups from fully accessing your project?</w:t>
      </w:r>
    </w:p>
    <w:p w14:paraId="405D8F25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049428D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How will you measure success using both qualitative and quantitative data?</w:t>
      </w:r>
    </w:p>
    <w:p w14:paraId="758AF954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F8C111C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2989406B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6B795A47" w14:textId="77777777" w:rsidR="00544F8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Act as an evaluator specializing in equitable program design. Review these draft objectives: [Insert Objectives]. Revise them to meet the SMARTIE criteria, ensuring that inclusion and equity are measurable, explicit, and integrated.</w:t>
            </w:r>
          </w:p>
        </w:tc>
      </w:tr>
    </w:tbl>
    <w:p w14:paraId="6C331472" w14:textId="4E2302E3" w:rsidR="00544F8E" w:rsidRDefault="00544F8E"/>
    <w:sectPr w:rsidR="00544F8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813EA" w14:textId="77777777" w:rsidR="00F44436" w:rsidRDefault="00F44436">
      <w:pPr>
        <w:spacing w:after="0" w:line="240" w:lineRule="auto"/>
      </w:pPr>
      <w:r>
        <w:separator/>
      </w:r>
    </w:p>
  </w:endnote>
  <w:endnote w:type="continuationSeparator" w:id="0">
    <w:p w14:paraId="2FC7B19B" w14:textId="77777777" w:rsidR="00F44436" w:rsidRDefault="00F44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C23E" w14:textId="77777777" w:rsidR="00544F8E" w:rsidRDefault="00000000">
    <w:pPr>
      <w:pStyle w:val="Footer"/>
      <w:jc w:val="center"/>
    </w:pPr>
    <w:r w:rsidRPr="007C4958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7C495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5DB3C" w14:textId="77777777" w:rsidR="00F44436" w:rsidRDefault="00F44436">
      <w:pPr>
        <w:spacing w:after="0" w:line="240" w:lineRule="auto"/>
      </w:pPr>
      <w:r>
        <w:separator/>
      </w:r>
    </w:p>
  </w:footnote>
  <w:footnote w:type="continuationSeparator" w:id="0">
    <w:p w14:paraId="10618C0F" w14:textId="77777777" w:rsidR="00F44436" w:rsidRDefault="00F44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B048" w14:textId="77777777" w:rsidR="00544F8E" w:rsidRDefault="00000000">
    <w:pPr>
      <w:pStyle w:val="Header"/>
      <w:jc w:val="right"/>
    </w:pPr>
    <w:r>
      <w:rPr>
        <w:rFonts w:ascii="Arial" w:hAnsi="Arial"/>
        <w:color w:val="787878"/>
        <w:sz w:val="17"/>
      </w:rPr>
      <w:t>Community Voice, Equity, and Operations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4638607">
    <w:abstractNumId w:val="8"/>
  </w:num>
  <w:num w:numId="2" w16cid:durableId="446125299">
    <w:abstractNumId w:val="6"/>
  </w:num>
  <w:num w:numId="3" w16cid:durableId="2084326041">
    <w:abstractNumId w:val="5"/>
  </w:num>
  <w:num w:numId="4" w16cid:durableId="1798182826">
    <w:abstractNumId w:val="4"/>
  </w:num>
  <w:num w:numId="5" w16cid:durableId="1848010423">
    <w:abstractNumId w:val="7"/>
  </w:num>
  <w:num w:numId="6" w16cid:durableId="1055859373">
    <w:abstractNumId w:val="3"/>
  </w:num>
  <w:num w:numId="7" w16cid:durableId="2011372008">
    <w:abstractNumId w:val="2"/>
  </w:num>
  <w:num w:numId="8" w16cid:durableId="255671272">
    <w:abstractNumId w:val="1"/>
  </w:num>
  <w:num w:numId="9" w16cid:durableId="139500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4F8E"/>
    <w:rsid w:val="00656440"/>
    <w:rsid w:val="007C4958"/>
    <w:rsid w:val="00825EC9"/>
    <w:rsid w:val="00AA1D8D"/>
    <w:rsid w:val="00B47730"/>
    <w:rsid w:val="00C01CB4"/>
    <w:rsid w:val="00CB0664"/>
    <w:rsid w:val="00D46463"/>
    <w:rsid w:val="00F444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3EA608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3</cp:revision>
  <dcterms:created xsi:type="dcterms:W3CDTF">2013-12-23T23:15:00Z</dcterms:created>
  <dcterms:modified xsi:type="dcterms:W3CDTF">2026-08-25T04:01:00Z</dcterms:modified>
  <cp:category/>
</cp:coreProperties>
</file>