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C6ADB" w14:textId="77777777" w:rsidR="009C6694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12: Editing, Reviewing, and Revising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311A5CE9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377C2814" w14:textId="77777777" w:rsidR="009C6694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Polishing a proposal requires a structured review process, transforming a rough draft into a funder-ready, compliant document.</w:t>
            </w:r>
          </w:p>
        </w:tc>
      </w:tr>
    </w:tbl>
    <w:p w14:paraId="5B6B21B9" w14:textId="77777777" w:rsidR="009C6694" w:rsidRDefault="009C6694"/>
    <w:p w14:paraId="37F99032" w14:textId="01C2CB24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7C1DADC5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What digital editing, spelling, and grammar assistants (e.g., Grammarly, Hemingway Editor, AI) will you use to polish your prose?</w:t>
      </w:r>
    </w:p>
    <w:p w14:paraId="19A05614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7130C51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can AI assist in evaluating your draft against a funder's scoring rubric to identify weak sections?</w:t>
      </w:r>
    </w:p>
    <w:p w14:paraId="70CC4B1A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86A0FD1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utilize AI to check for consistency in numbering, acronym definitions, and data figures across different files?</w:t>
      </w:r>
    </w:p>
    <w:p w14:paraId="47EDAA01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39FC37B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What digital tools will you use to run automated accessibility checks (e.g., screen-reader compliance for PDFs) on your final document?</w:t>
      </w:r>
    </w:p>
    <w:p w14:paraId="231AF45E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C1D73D8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are the risks of using automated translators for proposals that will be submitted in other languages?</w:t>
      </w:r>
    </w:p>
    <w:p w14:paraId="70F1FA0F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E13146D" w14:textId="77777777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559C01F3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0D03608F" w14:textId="77777777" w:rsidR="009C6694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an AI-powered grading rubric assistant. I am pasting our draft section: [Insert Draft] and our scoring criteria: [Insert Rubric]. Review the draft step-by-step, assign a simulated score, and highlight exactly what is missing.</w:t>
            </w:r>
          </w:p>
        </w:tc>
      </w:tr>
    </w:tbl>
    <w:p w14:paraId="6F9F09B0" w14:textId="7BE50116" w:rsidR="009C6694" w:rsidRDefault="009C6694"/>
    <w:sectPr w:rsidR="009C6694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DDE47" w14:textId="77777777" w:rsidR="00534DCD" w:rsidRDefault="00534DCD">
      <w:pPr>
        <w:spacing w:after="0" w:line="240" w:lineRule="auto"/>
      </w:pPr>
      <w:r>
        <w:separator/>
      </w:r>
    </w:p>
  </w:endnote>
  <w:endnote w:type="continuationSeparator" w:id="0">
    <w:p w14:paraId="4A65A2EC" w14:textId="77777777" w:rsidR="00534DCD" w:rsidRDefault="00534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7DC21" w14:textId="77777777" w:rsidR="009C6694" w:rsidRDefault="00000000">
    <w:pPr>
      <w:pStyle w:val="Footer"/>
      <w:jc w:val="center"/>
    </w:pPr>
    <w:r w:rsidRPr="007469F0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F563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89A0C" w14:textId="77777777" w:rsidR="00534DCD" w:rsidRDefault="00534DCD">
      <w:pPr>
        <w:spacing w:after="0" w:line="240" w:lineRule="auto"/>
      </w:pPr>
      <w:r>
        <w:separator/>
      </w:r>
    </w:p>
  </w:footnote>
  <w:footnote w:type="continuationSeparator" w:id="0">
    <w:p w14:paraId="319A30FE" w14:textId="77777777" w:rsidR="00534DCD" w:rsidRDefault="00534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E58C" w14:textId="77777777" w:rsidR="009C6694" w:rsidRDefault="00000000">
    <w:pPr>
      <w:pStyle w:val="Header"/>
      <w:jc w:val="right"/>
    </w:pPr>
    <w:r>
      <w:rPr>
        <w:rFonts w:ascii="Arial" w:hAnsi="Arial"/>
        <w:color w:val="787878"/>
        <w:sz w:val="17"/>
      </w:rPr>
      <w:t>Algorithmic Literacy and AI-Assisted Design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412943">
    <w:abstractNumId w:val="8"/>
  </w:num>
  <w:num w:numId="2" w16cid:durableId="696543219">
    <w:abstractNumId w:val="6"/>
  </w:num>
  <w:num w:numId="3" w16cid:durableId="1202330479">
    <w:abstractNumId w:val="5"/>
  </w:num>
  <w:num w:numId="4" w16cid:durableId="606304929">
    <w:abstractNumId w:val="4"/>
  </w:num>
  <w:num w:numId="5" w16cid:durableId="1702439692">
    <w:abstractNumId w:val="7"/>
  </w:num>
  <w:num w:numId="6" w16cid:durableId="1171481183">
    <w:abstractNumId w:val="3"/>
  </w:num>
  <w:num w:numId="7" w16cid:durableId="1979064960">
    <w:abstractNumId w:val="2"/>
  </w:num>
  <w:num w:numId="8" w16cid:durableId="647906418">
    <w:abstractNumId w:val="1"/>
  </w:num>
  <w:num w:numId="9" w16cid:durableId="121832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4DCD"/>
    <w:rsid w:val="00625F54"/>
    <w:rsid w:val="007469F0"/>
    <w:rsid w:val="00825EC9"/>
    <w:rsid w:val="009230EA"/>
    <w:rsid w:val="009C6694"/>
    <w:rsid w:val="00AA1D8D"/>
    <w:rsid w:val="00B20BF4"/>
    <w:rsid w:val="00B47730"/>
    <w:rsid w:val="00CB0664"/>
    <w:rsid w:val="00D46463"/>
    <w:rsid w:val="00F56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53A13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5</cp:revision>
  <dcterms:created xsi:type="dcterms:W3CDTF">2013-12-23T23:15:00Z</dcterms:created>
  <dcterms:modified xsi:type="dcterms:W3CDTF">2026-08-25T03:52:00Z</dcterms:modified>
  <cp:category/>
</cp:coreProperties>
</file>