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4880E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10: Problem Statements and Smartie Needs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799BD4F5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51245348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The problem and needs statements serve as the persuasive foundation of the proposal, requiring objective data and ethical framing.</w:t>
            </w:r>
          </w:p>
        </w:tc>
      </w:tr>
    </w:tbl>
    <w:p w14:paraId="6A45B91B" w14:textId="77777777" w:rsidR="009C6694" w:rsidRDefault="009C6694"/>
    <w:p w14:paraId="0FDB35A0" w14:textId="22165370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67A4F56B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What digital research tools and databases will you use to gather current statistical evidence of the problem's severity?</w:t>
      </w:r>
    </w:p>
    <w:p w14:paraId="3E67EFD9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46939D7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How can AI assist in analyzing, summarizing, or cross-referencing public data sources (e.g., U.S. Census Bureau)?</w:t>
      </w:r>
    </w:p>
    <w:p w14:paraId="43DCB70F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5679F02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identify and represent hidden or underrepresented data trends using digital data sets?</w:t>
      </w:r>
    </w:p>
    <w:p w14:paraId="734BBA0F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B2DC357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What prompt strategy will you use to direct AI to check your needs statement for deficit-based language?</w:t>
      </w:r>
    </w:p>
    <w:p w14:paraId="65ABBE0A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08A672E2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verify that all data sources cited in your needs statement are accurate, peer-reviewed, and up-to-date?</w:t>
      </w:r>
    </w:p>
    <w:p w14:paraId="7491F521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E75F990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58EBD40D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2EF3C57B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data-mining expert. I am researching the problem of: [Insert Problem/Topic] in [Insert Location]. Guide me on the best public databases, health registries, or demographic tools to extract credible statistical evidence.</w:t>
            </w:r>
          </w:p>
        </w:tc>
      </w:tr>
    </w:tbl>
    <w:p w14:paraId="3D801311" w14:textId="4EF9740C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0EE2A" w14:textId="77777777" w:rsidR="00885980" w:rsidRDefault="00885980">
      <w:pPr>
        <w:spacing w:after="0" w:line="240" w:lineRule="auto"/>
      </w:pPr>
      <w:r>
        <w:separator/>
      </w:r>
    </w:p>
  </w:endnote>
  <w:endnote w:type="continuationSeparator" w:id="0">
    <w:p w14:paraId="51E373EE" w14:textId="77777777" w:rsidR="00885980" w:rsidRDefault="00885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75FB1" w14:textId="77777777" w:rsidR="00885980" w:rsidRDefault="00885980">
      <w:pPr>
        <w:spacing w:after="0" w:line="240" w:lineRule="auto"/>
      </w:pPr>
      <w:r>
        <w:separator/>
      </w:r>
    </w:p>
  </w:footnote>
  <w:footnote w:type="continuationSeparator" w:id="0">
    <w:p w14:paraId="021801BA" w14:textId="77777777" w:rsidR="00885980" w:rsidRDefault="00885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5F54"/>
    <w:rsid w:val="007469F0"/>
    <w:rsid w:val="00825EC9"/>
    <w:rsid w:val="00885980"/>
    <w:rsid w:val="009230EA"/>
    <w:rsid w:val="009C6694"/>
    <w:rsid w:val="00AA1D8D"/>
    <w:rsid w:val="00B47730"/>
    <w:rsid w:val="00CB0664"/>
    <w:rsid w:val="00D46463"/>
    <w:rsid w:val="00DB0228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2026-08-25T03:52:00Z</dcterms:modified>
  <cp:category/>
</cp:coreProperties>
</file>