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275CE" w14:textId="77777777" w:rsidR="009C6694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1: Rhetoric, Technology, and Chess Thinking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79C23C75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7B9E0F69" w14:textId="77777777" w:rsidR="009C6694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Grant writing is a strategic, persuasive art where proposals align organizational capacity with funder values.</w:t>
            </w:r>
          </w:p>
        </w:tc>
      </w:tr>
    </w:tbl>
    <w:p w14:paraId="2B964486" w14:textId="77777777" w:rsidR="009C6694" w:rsidRDefault="009C6694"/>
    <w:p w14:paraId="3ECF916F" w14:textId="30502878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3C0B377A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How can AI be integrated as a 'guide on the side' during the early brainstorming phase of this proposal?</w:t>
      </w:r>
    </w:p>
    <w:p w14:paraId="155C093B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06DAE1F9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What traditional collaborative tools (e.g., Google Docs or MS Word) will your team use to establish version control?</w:t>
      </w:r>
    </w:p>
    <w:p w14:paraId="161BB027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F417F77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will you organize file names and shared directories to prevent data loss or duplicate drafts?</w:t>
      </w:r>
    </w:p>
    <w:p w14:paraId="4EC3D404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9A98AD9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What speed-literacy skills or keyboard shortcuts will be shared with team members to streamline writing?</w:t>
      </w:r>
    </w:p>
    <w:p w14:paraId="0840882B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EB48B3A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What are the potential security risks of pasting proprietary data into public AI models?</w:t>
      </w:r>
    </w:p>
    <w:p w14:paraId="5F4DECFC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B89733C" w14:textId="77777777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486B86E2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7316B004" w14:textId="77777777" w:rsidR="009C6694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You are a tech-savvy grant team manager. Create a collaborative workflow outline for our project team using Google Workspace. Detail file naming conventions, folder structure, and 5 essential keyboard shortcuts for rapid editing.</w:t>
            </w:r>
          </w:p>
        </w:tc>
      </w:tr>
    </w:tbl>
    <w:p w14:paraId="23151B92" w14:textId="52226BAA" w:rsidR="009C6694" w:rsidRDefault="009C6694"/>
    <w:sectPr w:rsidR="009C6694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06E9E" w14:textId="77777777" w:rsidR="004E0C4A" w:rsidRDefault="004E0C4A">
      <w:pPr>
        <w:spacing w:after="0" w:line="240" w:lineRule="auto"/>
      </w:pPr>
      <w:r>
        <w:separator/>
      </w:r>
    </w:p>
  </w:endnote>
  <w:endnote w:type="continuationSeparator" w:id="0">
    <w:p w14:paraId="0A993133" w14:textId="77777777" w:rsidR="004E0C4A" w:rsidRDefault="004E0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7DC21" w14:textId="77777777" w:rsidR="009C6694" w:rsidRDefault="00000000">
    <w:pPr>
      <w:pStyle w:val="Footer"/>
      <w:jc w:val="center"/>
    </w:pPr>
    <w:r w:rsidRPr="007469F0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F563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7ABFE" w14:textId="77777777" w:rsidR="004E0C4A" w:rsidRDefault="004E0C4A">
      <w:pPr>
        <w:spacing w:after="0" w:line="240" w:lineRule="auto"/>
      </w:pPr>
      <w:r>
        <w:separator/>
      </w:r>
    </w:p>
  </w:footnote>
  <w:footnote w:type="continuationSeparator" w:id="0">
    <w:p w14:paraId="407309CF" w14:textId="77777777" w:rsidR="004E0C4A" w:rsidRDefault="004E0C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EE58C" w14:textId="77777777" w:rsidR="009C6694" w:rsidRDefault="00000000">
    <w:pPr>
      <w:pStyle w:val="Header"/>
      <w:jc w:val="right"/>
    </w:pPr>
    <w:r>
      <w:rPr>
        <w:rFonts w:ascii="Arial" w:hAnsi="Arial"/>
        <w:color w:val="787878"/>
        <w:sz w:val="17"/>
      </w:rPr>
      <w:t>Algorithmic Literacy and AI-Assisted Design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7412943">
    <w:abstractNumId w:val="8"/>
  </w:num>
  <w:num w:numId="2" w16cid:durableId="696543219">
    <w:abstractNumId w:val="6"/>
  </w:num>
  <w:num w:numId="3" w16cid:durableId="1202330479">
    <w:abstractNumId w:val="5"/>
  </w:num>
  <w:num w:numId="4" w16cid:durableId="606304929">
    <w:abstractNumId w:val="4"/>
  </w:num>
  <w:num w:numId="5" w16cid:durableId="1702439692">
    <w:abstractNumId w:val="7"/>
  </w:num>
  <w:num w:numId="6" w16cid:durableId="1171481183">
    <w:abstractNumId w:val="3"/>
  </w:num>
  <w:num w:numId="7" w16cid:durableId="1979064960">
    <w:abstractNumId w:val="2"/>
  </w:num>
  <w:num w:numId="8" w16cid:durableId="647906418">
    <w:abstractNumId w:val="1"/>
  </w:num>
  <w:num w:numId="9" w16cid:durableId="1218321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E0C4A"/>
    <w:rsid w:val="00625F54"/>
    <w:rsid w:val="007469F0"/>
    <w:rsid w:val="00825EC9"/>
    <w:rsid w:val="008C1B0A"/>
    <w:rsid w:val="009230EA"/>
    <w:rsid w:val="009C6694"/>
    <w:rsid w:val="00AA1D8D"/>
    <w:rsid w:val="00B47730"/>
    <w:rsid w:val="00CB0664"/>
    <w:rsid w:val="00D46463"/>
    <w:rsid w:val="00F563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653A13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5</cp:revision>
  <dcterms:created xsi:type="dcterms:W3CDTF">2013-12-23T23:15:00Z</dcterms:created>
  <dcterms:modified xsi:type="dcterms:W3CDTF">2026-08-25T03:54:00Z</dcterms:modified>
  <cp:category/>
</cp:coreProperties>
</file>