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06B7C" w14:textId="77777777" w:rsidR="00A63C3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5: Concept Refinement and Logic Models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14BEC2AB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43184292" w14:textId="77777777" w:rsidR="00A63C3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Translating abstract aspirations into structured, logically validated project models is the foundation of proposal viability.</w:t>
            </w:r>
          </w:p>
        </w:tc>
      </w:tr>
    </w:tbl>
    <w:p w14:paraId="753ED59C" w14:textId="77777777" w:rsidR="00A63C3E" w:rsidRDefault="00A63C3E"/>
    <w:p w14:paraId="0695CA6B" w14:textId="47EB4EAF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3B833161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State your project's Value Proposition using the formula: Problem + Solution + Impact = Value.</w:t>
      </w:r>
    </w:p>
    <w:p w14:paraId="330A2D28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87325FC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will you use concept mapping to visualize the structural dependencies of your project before writing?</w:t>
      </w:r>
    </w:p>
    <w:p w14:paraId="6484EED7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ACB9415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does your concept map reveal hidden logical assumptions that might fail upon closer inspection?</w:t>
      </w:r>
    </w:p>
    <w:p w14:paraId="4EFCCBA2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31CF62B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do you distinguish between project 'reliability' (consistency of operation) and 'validity' (actually solving the target problem)?</w:t>
      </w:r>
    </w:p>
    <w:p w14:paraId="191CB42D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D38F30B" w14:textId="77777777" w:rsidR="00A63C3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does your refined concept directly align with the core values and strategic plans of your organization?</w:t>
      </w:r>
    </w:p>
    <w:p w14:paraId="0CD0DEE4" w14:textId="77777777" w:rsidR="00A63C3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440387E7" w14:textId="77777777" w:rsidR="00A63C3E" w:rsidRPr="00981994" w:rsidRDefault="00000000">
      <w:pPr>
        <w:spacing w:before="240" w:after="120"/>
        <w:rPr>
          <w:i/>
          <w:iCs/>
        </w:rPr>
      </w:pPr>
      <w:r w:rsidRPr="00981994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A63C3E" w14:paraId="3EAADEDE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56816FCD" w14:textId="77777777" w:rsidR="00A63C3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You are a strategic designer. Let's draft a concept map for my project: [Insert Project Ideas]. Ask me a series of probing questions to identify the logical dependencies between my activities, my capacity, and my long-term goals.</w:t>
            </w:r>
          </w:p>
        </w:tc>
      </w:tr>
    </w:tbl>
    <w:p w14:paraId="50571617" w14:textId="256C8BEA" w:rsidR="00A63C3E" w:rsidRDefault="00A63C3E"/>
    <w:sectPr w:rsidR="00A63C3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3B261" w14:textId="77777777" w:rsidR="001E02FC" w:rsidRDefault="001E02FC">
      <w:pPr>
        <w:spacing w:after="0" w:line="240" w:lineRule="auto"/>
      </w:pPr>
      <w:r>
        <w:separator/>
      </w:r>
    </w:p>
  </w:endnote>
  <w:endnote w:type="continuationSeparator" w:id="0">
    <w:p w14:paraId="4D1FAF3D" w14:textId="77777777" w:rsidR="001E02FC" w:rsidRDefault="001E0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0192A" w14:textId="77777777" w:rsidR="00A63C3E" w:rsidRDefault="00000000">
    <w:pPr>
      <w:pStyle w:val="Footer"/>
      <w:jc w:val="center"/>
    </w:pPr>
    <w:r w:rsidRPr="00B4344B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B4344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6E0C9" w14:textId="77777777" w:rsidR="001E02FC" w:rsidRDefault="001E02FC">
      <w:pPr>
        <w:spacing w:after="0" w:line="240" w:lineRule="auto"/>
      </w:pPr>
      <w:r>
        <w:separator/>
      </w:r>
    </w:p>
  </w:footnote>
  <w:footnote w:type="continuationSeparator" w:id="0">
    <w:p w14:paraId="6B86C2C1" w14:textId="77777777" w:rsidR="001E02FC" w:rsidRDefault="001E0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EC1" w14:textId="77777777" w:rsidR="00A63C3E" w:rsidRDefault="00000000">
    <w:pPr>
      <w:pStyle w:val="Header"/>
      <w:jc w:val="right"/>
    </w:pPr>
    <w:r>
      <w:rPr>
        <w:rFonts w:ascii="Arial" w:hAnsi="Arial"/>
        <w:color w:val="787878"/>
        <w:sz w:val="17"/>
      </w:rPr>
      <w:t>Rhetorical Strategy and Project Alignment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5123461">
    <w:abstractNumId w:val="8"/>
  </w:num>
  <w:num w:numId="2" w16cid:durableId="1298336539">
    <w:abstractNumId w:val="6"/>
  </w:num>
  <w:num w:numId="3" w16cid:durableId="1297174888">
    <w:abstractNumId w:val="5"/>
  </w:num>
  <w:num w:numId="4" w16cid:durableId="2035228780">
    <w:abstractNumId w:val="4"/>
  </w:num>
  <w:num w:numId="5" w16cid:durableId="723724680">
    <w:abstractNumId w:val="7"/>
  </w:num>
  <w:num w:numId="6" w16cid:durableId="2059665867">
    <w:abstractNumId w:val="3"/>
  </w:num>
  <w:num w:numId="7" w16cid:durableId="1145658823">
    <w:abstractNumId w:val="2"/>
  </w:num>
  <w:num w:numId="8" w16cid:durableId="1620256412">
    <w:abstractNumId w:val="1"/>
  </w:num>
  <w:num w:numId="9" w16cid:durableId="160826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42E"/>
    <w:rsid w:val="0013625B"/>
    <w:rsid w:val="0015074B"/>
    <w:rsid w:val="001E02FC"/>
    <w:rsid w:val="0029639D"/>
    <w:rsid w:val="00326F90"/>
    <w:rsid w:val="00642739"/>
    <w:rsid w:val="00825EC9"/>
    <w:rsid w:val="00981994"/>
    <w:rsid w:val="00A63C3E"/>
    <w:rsid w:val="00AA1D8D"/>
    <w:rsid w:val="00B4344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F7A294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4</cp:revision>
  <dcterms:created xsi:type="dcterms:W3CDTF">2013-12-23T23:15:00Z</dcterms:created>
  <dcterms:modified xsi:type="dcterms:W3CDTF">2026-08-25T03:29:00Z</dcterms:modified>
  <cp:category/>
</cp:coreProperties>
</file>